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Free Call Sheet Template</w:t>
      </w:r>
    </w:p>
    <w:p>
      <w:r>
        <w:t>CINEVIEW COMMUNITY RESOURCES · ORIGINAL EDITABLE TEMPLATE</w:t>
      </w:r>
    </w:p>
    <w:p>
      <w:r>
        <w:t>Give cast and crew one clear plan for the shoot day.</w:t>
      </w:r>
    </w:p>
    <w:p>
      <w:r>
        <w:t>Project: __________________  Date: __________  Version / owner: __________________</w:t>
      </w:r>
    </w:p>
    <w:p>
      <w:pPr>
        <w:pStyle w:val="Heading2"/>
      </w:pPr>
      <w:r>
        <w:t>Location and date</w:t>
      </w:r>
    </w:p>
    <w:p>
      <w:r>
        <w:t>________________________________________________________________________</w:t>
      </w:r>
    </w:p>
    <w:p>
      <w:r>
        <w:t>________________________________________________________________________</w:t>
      </w:r>
    </w:p>
    <w:p>
      <w:pPr>
        <w:pStyle w:val="Heading2"/>
      </w:pPr>
      <w:r>
        <w:t>Crew and cast call times</w:t>
      </w:r>
    </w:p>
    <w:p>
      <w:r>
        <w:t>________________________________________________________________________</w:t>
      </w:r>
    </w:p>
    <w:p>
      <w:r>
        <w:t>________________________________________________________________________</w:t>
      </w:r>
    </w:p>
    <w:tbl>
      <w:tblPr>
        <w:tblStyle w:val="TableGrid"/>
        <w:tblW w:type="auto" w:w="0"/>
        <w:tblLayout w:type="fixed"/>
        <w:tblLook w:firstColumn="1" w:firstRow="1" w:lastColumn="0" w:lastRow="0" w:noHBand="0" w:noVBand="1" w:val="04A0"/>
      </w:tblPr>
      <w:tblGrid>
        <w:gridCol w:w="3408"/>
        <w:gridCol w:w="3408"/>
        <w:gridCol w:w="3408"/>
      </w:tblGrid>
      <w:tr>
        <w:tc>
          <w:tcPr>
            <w:tcW w:type="dxa" w:w="3408"/>
          </w:tcPr>
          <w:p>
            <w:r>
              <w:t>Name / role</w:t>
            </w:r>
          </w:p>
        </w:tc>
        <w:tc>
          <w:tcPr>
            <w:tcW w:type="dxa" w:w="3408"/>
          </w:tcPr>
          <w:p>
            <w:r>
              <w:t>Call time</w:t>
            </w:r>
          </w:p>
        </w:tc>
        <w:tc>
          <w:tcPr>
            <w:tcW w:type="dxa" w:w="3408"/>
          </w:tcPr>
          <w:p>
            <w:r>
              <w:t>Preparation / contact</w:t>
            </w:r>
          </w:p>
        </w:tc>
      </w:tr>
      <w:tr>
        <w:trPr>
          <w:trHeight w:val="547"/>
        </w:trPr>
        <w:tc>
          <w:tcPr>
            <w:tcW w:type="dxa" w:w="3408"/>
          </w:tcPr>
          <w:p>
            <w:r>
              <w:t xml:space="preserve"> </w:t>
            </w:r>
          </w:p>
        </w:tc>
        <w:tc>
          <w:tcPr>
            <w:tcW w:type="dxa" w:w="3408"/>
          </w:tcPr>
          <w:p>
            <w:r>
              <w:t xml:space="preserve"> </w:t>
            </w:r>
          </w:p>
        </w:tc>
        <w:tc>
          <w:tcPr>
            <w:tcW w:type="dxa" w:w="3408"/>
          </w:tcPr>
          <w:p>
            <w:r>
              <w:t xml:space="preserve"> </w:t>
            </w:r>
          </w:p>
        </w:tc>
      </w:tr>
      <w:tr>
        <w:trPr>
          <w:trHeight w:val="547"/>
        </w:trPr>
        <w:tc>
          <w:tcPr>
            <w:tcW w:type="dxa" w:w="3408"/>
          </w:tcPr>
          <w:p>
            <w:r>
              <w:t xml:space="preserve"> </w:t>
            </w:r>
          </w:p>
        </w:tc>
        <w:tc>
          <w:tcPr>
            <w:tcW w:type="dxa" w:w="3408"/>
          </w:tcPr>
          <w:p>
            <w:r>
              <w:t xml:space="preserve"> </w:t>
            </w:r>
          </w:p>
        </w:tc>
        <w:tc>
          <w:tcPr>
            <w:tcW w:type="dxa" w:w="3408"/>
          </w:tcPr>
          <w:p>
            <w:r>
              <w:t xml:space="preserve"> </w:t>
            </w:r>
          </w:p>
        </w:tc>
      </w:tr>
      <w:tr>
        <w:trPr>
          <w:trHeight w:val="547"/>
        </w:trPr>
        <w:tc>
          <w:tcPr>
            <w:tcW w:type="dxa" w:w="3408"/>
          </w:tcPr>
          <w:p>
            <w:r>
              <w:t xml:space="preserve"> </w:t>
            </w:r>
          </w:p>
        </w:tc>
        <w:tc>
          <w:tcPr>
            <w:tcW w:type="dxa" w:w="3408"/>
          </w:tcPr>
          <w:p>
            <w:r>
              <w:t xml:space="preserve"> </w:t>
            </w:r>
          </w:p>
        </w:tc>
        <w:tc>
          <w:tcPr>
            <w:tcW w:type="dxa" w:w="3408"/>
          </w:tcPr>
          <w:p>
            <w:r>
              <w:t xml:space="preserve"> </w:t>
            </w:r>
          </w:p>
        </w:tc>
      </w:tr>
      <w:tr>
        <w:trPr>
          <w:trHeight w:val="547"/>
        </w:trPr>
        <w:tc>
          <w:tcPr>
            <w:tcW w:type="dxa" w:w="3408"/>
          </w:tcPr>
          <w:p>
            <w:r>
              <w:t xml:space="preserve"> </w:t>
            </w:r>
          </w:p>
        </w:tc>
        <w:tc>
          <w:tcPr>
            <w:tcW w:type="dxa" w:w="3408"/>
          </w:tcPr>
          <w:p>
            <w:r>
              <w:t xml:space="preserve"> </w:t>
            </w:r>
          </w:p>
        </w:tc>
        <w:tc>
          <w:tcPr>
            <w:tcW w:type="dxa" w:w="3408"/>
          </w:tcPr>
          <w:p>
            <w:r>
              <w:t xml:space="preserve"> </w:t>
            </w:r>
          </w:p>
        </w:tc>
      </w:tr>
    </w:tbl>
    <w:p>
      <w:r>
        <w:br w:type="page"/>
      </w:r>
    </w:p>
    <w:p>
      <w:pPr>
        <w:pStyle w:val="Title"/>
      </w:pPr>
      <w:r>
        <w:t>Details, checks and handover</w:t>
      </w:r>
    </w:p>
    <w:p>
      <w:pPr>
        <w:pStyle w:val="Heading2"/>
      </w:pPr>
      <w:r>
        <w:t>Schedule and department notes</w:t>
      </w:r>
    </w:p>
    <w:p>
      <w:r>
        <w:t>________________________________________________________________________</w:t>
      </w:r>
    </w:p>
    <w:p>
      <w:r>
        <w:t>________________________________________________________________________</w:t>
      </w:r>
    </w:p>
    <w:p>
      <w:r>
        <w:t>________________________________________________________________________</w:t>
      </w:r>
    </w:p>
    <w:p>
      <w:pPr>
        <w:pStyle w:val="Heading2"/>
      </w:pPr>
      <w:r>
        <w:t>Access and emergency contacts</w:t>
      </w:r>
    </w:p>
    <w:p>
      <w:r>
        <w:t>________________________________________________________________________</w:t>
      </w:r>
    </w:p>
    <w:p>
      <w:r>
        <w:t>________________________________________________________________________</w:t>
      </w:r>
    </w:p>
    <w:p>
      <w:r>
        <w:t>________________________________________________________________________</w:t>
      </w:r>
    </w:p>
    <w:tbl>
      <w:tblPr>
        <w:tblStyle w:val="TableGrid"/>
        <w:tblW w:type="auto" w:w="0"/>
        <w:tblLayout w:type="fixed"/>
        <w:tblLook w:firstColumn="1" w:firstRow="1" w:lastColumn="0" w:lastRow="0" w:noHBand="0" w:noVBand="1" w:val="04A0"/>
      </w:tblPr>
      <w:tblGrid>
        <w:gridCol w:w="3408"/>
        <w:gridCol w:w="3408"/>
        <w:gridCol w:w="3408"/>
      </w:tblGrid>
      <w:tr>
        <w:tc>
          <w:tcPr>
            <w:tcW w:type="dxa" w:w="3408"/>
          </w:tcPr>
          <w:p>
            <w:r>
              <w:t>Action / open question</w:t>
            </w:r>
          </w:p>
        </w:tc>
        <w:tc>
          <w:tcPr>
            <w:tcW w:type="dxa" w:w="3408"/>
          </w:tcPr>
          <w:p>
            <w:r>
              <w:t>Owner</w:t>
            </w:r>
          </w:p>
        </w:tc>
        <w:tc>
          <w:tcPr>
            <w:tcW w:type="dxa" w:w="3408"/>
          </w:tcPr>
          <w:p>
            <w:r>
              <w:t>Due / completed</w:t>
            </w:r>
          </w:p>
        </w:tc>
      </w:tr>
      <w:tr>
        <w:trPr>
          <w:trHeight w:val="547"/>
        </w:trPr>
        <w:tc>
          <w:tcPr>
            <w:tcW w:type="dxa" w:w="3408"/>
          </w:tcPr>
          <w:p>
            <w:r>
              <w:t xml:space="preserve"> </w:t>
            </w:r>
          </w:p>
        </w:tc>
        <w:tc>
          <w:tcPr>
            <w:tcW w:type="dxa" w:w="3408"/>
          </w:tcPr>
          <w:p>
            <w:r>
              <w:t xml:space="preserve"> </w:t>
            </w:r>
          </w:p>
        </w:tc>
        <w:tc>
          <w:tcPr>
            <w:tcW w:type="dxa" w:w="3408"/>
          </w:tcPr>
          <w:p>
            <w:r>
              <w:t xml:space="preserve"> </w:t>
            </w:r>
          </w:p>
        </w:tc>
      </w:tr>
      <w:tr>
        <w:trPr>
          <w:trHeight w:val="547"/>
        </w:trPr>
        <w:tc>
          <w:tcPr>
            <w:tcW w:type="dxa" w:w="3408"/>
          </w:tcPr>
          <w:p>
            <w:r>
              <w:t xml:space="preserve"> </w:t>
            </w:r>
          </w:p>
        </w:tc>
        <w:tc>
          <w:tcPr>
            <w:tcW w:type="dxa" w:w="3408"/>
          </w:tcPr>
          <w:p>
            <w:r>
              <w:t xml:space="preserve"> </w:t>
            </w:r>
          </w:p>
        </w:tc>
        <w:tc>
          <w:tcPr>
            <w:tcW w:type="dxa" w:w="3408"/>
          </w:tcPr>
          <w:p>
            <w:r>
              <w:t xml:space="preserve"> </w:t>
            </w:r>
          </w:p>
        </w:tc>
      </w:tr>
      <w:tr>
        <w:trPr>
          <w:trHeight w:val="547"/>
        </w:trPr>
        <w:tc>
          <w:tcPr>
            <w:tcW w:type="dxa" w:w="3408"/>
          </w:tcPr>
          <w:p>
            <w:r>
              <w:t xml:space="preserve"> </w:t>
            </w:r>
          </w:p>
        </w:tc>
        <w:tc>
          <w:tcPr>
            <w:tcW w:type="dxa" w:w="3408"/>
          </w:tcPr>
          <w:p>
            <w:r>
              <w:t xml:space="preserve"> </w:t>
            </w:r>
          </w:p>
        </w:tc>
        <w:tc>
          <w:tcPr>
            <w:tcW w:type="dxa" w:w="3408"/>
          </w:tcPr>
          <w:p>
            <w:r>
              <w:t xml:space="preserve"> </w:t>
            </w:r>
          </w:p>
        </w:tc>
      </w:tr>
    </w:tbl>
    <w:p>
      <w:pPr>
        <w:pStyle w:val="Heading1"/>
      </w:pPr>
      <w:r>
        <w:t>How to use this template</w:t>
      </w:r>
    </w:p>
    <w:p>
      <w:r>
        <w:t>Keep crew call, individual calls and first shot distinct. Confirm address, access, transport and emergency arrangements with the production lead; do not invent them.</w:t>
      </w:r>
    </w:p>
    <w:p>
      <w:r>
        <w:t>Complete project identifiers first. Duplicate log rows or pages as needed, keep a dated version and share the current copy with the relevant team. These documents are optional to share with Cineview; tell the studio your space, dates and equipment requirements.</w:t>
      </w:r>
    </w:p>
    <w:p>
      <w:pPr>
        <w:pStyle w:val="Heading2"/>
      </w:pPr>
      <w:r>
        <w:t>Use and limits</w:t>
      </w:r>
    </w:p>
    <w:p>
      <w:r>
        <w:t>Free to adapt for your production. Keep the website credit when sharing the unchanged template. Educational planning aid, not legal, financial or safety advice. Check facts and permissions for your project, protect personal information and obtain competent professional input where needed.</w:t>
      </w:r>
    </w:p>
    <w:sectPr w:rsidR="00FC693F" w:rsidRPr="0006063C" w:rsidSect="00034616">
      <w:footerReference w:type="default" r:id="rId9"/>
      <w:pgSz w:w="12240" w:h="15840"/>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8"/>
      </w:rPr>
      <w:t xml:space="preserve">www.cineviewstudios.com                 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Arial" w:hAnsi="Arial"/>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Free Call Sheet Template</dc:title>
  <dc:subject/>
  <dc:creator>Cineview Studios</dc:creator>
  <cp:keywords/>
  <dc:description>generated by python-docx</dc:description>
  <cp:lastModifiedBy/>
  <cp:revision>1</cp:revision>
  <dcterms:created xsi:type="dcterms:W3CDTF">2013-12-23T23:15:00Z</dcterms:created>
  <dcterms:modified xsi:type="dcterms:W3CDTF">2013-12-23T23:15:00Z</dcterms:modified>
  <cp:category/>
</cp:coreProperties>
</file>