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Free Camera Report Template</w:t>
      </w:r>
    </w:p>
    <w:p>
      <w:r>
        <w:t>CINEVIEW COMMUNITY RESOURCES · ORIGINAL EDITABLE TEMPLATE</w:t>
      </w:r>
    </w:p>
    <w:p>
      <w:r>
        <w:t>Track camera files, takes and useful technical notes.</w:t>
      </w:r>
    </w:p>
    <w:p>
      <w:r>
        <w:t>Project: __________________  Date: __________  Version / owner: __________________</w:t>
      </w:r>
    </w:p>
    <w:p>
      <w:pPr>
        <w:pStyle w:val="Heading2"/>
      </w:pPr>
      <w:r>
        <w:t>Scene and take</w:t>
      </w:r>
    </w:p>
    <w:p>
      <w:r>
        <w:t>________________________________________________________________________</w:t>
      </w:r>
    </w:p>
    <w:p>
      <w:r>
        <w:t>________________________________________________________________________</w:t>
      </w:r>
    </w:p>
    <w:p>
      <w:pPr>
        <w:pStyle w:val="Heading2"/>
      </w:pPr>
      <w:r>
        <w:t>Camera and media reference</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Scene / shot / take</w:t>
            </w:r>
          </w:p>
        </w:tc>
        <w:tc>
          <w:tcPr>
            <w:tcW w:type="dxa" w:w="3408"/>
          </w:tcPr>
          <w:p>
            <w:r>
              <w:t>Clip / card / camera</w:t>
            </w:r>
          </w:p>
        </w:tc>
        <w:tc>
          <w:tcPr>
            <w:tcW w:type="dxa" w:w="3408"/>
          </w:tcPr>
          <w:p>
            <w:r>
              <w:t>Lens / settings / notes</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r>
        <w:br w:type="page"/>
      </w:r>
    </w:p>
    <w:p>
      <w:pPr>
        <w:pStyle w:val="Title"/>
      </w:pPr>
      <w:r>
        <w:t>Details, checks and handover</w:t>
      </w:r>
    </w:p>
    <w:p>
      <w:pPr>
        <w:pStyle w:val="Heading2"/>
      </w:pPr>
      <w:r>
        <w:t>Lens and settings 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Editorial comments</w:t>
      </w:r>
    </w:p>
    <w:p>
      <w:r>
        <w:t>________________________________________________________________________</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Action / open question</w:t>
            </w:r>
          </w:p>
        </w:tc>
        <w:tc>
          <w:tcPr>
            <w:tcW w:type="dxa" w:w="3408"/>
          </w:tcPr>
          <w:p>
            <w:r>
              <w:t>Owner</w:t>
            </w:r>
          </w:p>
        </w:tc>
        <w:tc>
          <w:tcPr>
            <w:tcW w:type="dxa" w:w="3408"/>
          </w:tcPr>
          <w:p>
            <w:r>
              <w:t>Due / completed</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pPr>
        <w:pStyle w:val="Heading1"/>
      </w:pPr>
      <w:r>
        <w:t>How to use this template</w:t>
      </w:r>
    </w:p>
    <w:p>
      <w:r>
        <w:t>Record camera and card identifiers consistently. Match scene and take references to sound and slate records. Never mark a card safe to erase based on this report alone.</w:t>
      </w:r>
    </w:p>
    <w:p>
      <w:r>
        <w:t>Complete project identifiers first. Duplicate log rows or pages as needed, keep a dated version and share the current copy with the relevant team. These documents are optional to share with Cineview; tell the studio your space, dates and equipment requirements.</w:t>
      </w:r>
    </w:p>
    <w:p>
      <w:pPr>
        <w:pStyle w:val="Heading2"/>
      </w:pPr>
      <w:r>
        <w:t>Use and limits</w:t>
      </w:r>
    </w:p>
    <w:p>
      <w:r>
        <w:t>Free to adapt for your production. Keep the website credit when sharing the unchanged template. Educational planning aid, not legal, financial or safety advice. Check facts and permissions for your project, protect personal information and obtain competent professional input where needed.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www.cineviewstudios.com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Camera Report Template</dc:title>
  <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