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Lighting planning template</w:t>
      </w:r>
    </w:p>
    <w:p>
      <w:r>
        <w:t>Use this free lighting planning template to communicate the intended look before a shoot. Sketch the camera, subject and light positions, record each fixture and modifier, then update the plan after a camera test.</w:t>
      </w:r>
    </w:p>
    <w:p>
      <w:pPr>
        <w:pStyle w:val="Heading2"/>
      </w:pPr>
      <w:r>
        <w:t>Project and shot</w:t>
      </w:r>
    </w:p>
    <w:p>
      <w:r>
        <w:t>Scene or shot, version, date, cinematographer or photographer and lighting contact.</w:t>
      </w:r>
    </w:p>
    <w:p>
      <w:r>
        <w:t>__________________________________________________________________</w:t>
      </w:r>
    </w:p>
    <w:p>
      <w:r>
        <w:t>__________________________________________________________________</w:t>
      </w:r>
    </w:p>
    <w:p>
      <w:r>
        <w:t>__________________________________________________________________</w:t>
      </w:r>
    </w:p>
    <w:p>
      <w:pPr>
        <w:pStyle w:val="Heading2"/>
      </w:pPr>
      <w:r>
        <w:t>Creative intention</w:t>
      </w:r>
    </w:p>
    <w:p>
      <w:r>
        <w:t>Describe direction, softness, contrast and background treatment. Add cleared visual references.</w:t>
      </w:r>
    </w:p>
    <w:p>
      <w:r>
        <w:t>__________________________________________________________________</w:t>
      </w:r>
    </w:p>
    <w:p>
      <w:r>
        <w:t>__________________________________________________________________</w:t>
      </w:r>
    </w:p>
    <w:p>
      <w:r>
        <w:t>__________________________________________________________________</w:t>
      </w:r>
    </w:p>
    <w:p>
      <w:pPr>
        <w:pStyle w:val="Heading2"/>
      </w:pPr>
      <w:r>
        <w:t>Camera and subject</w:t>
      </w:r>
    </w:p>
    <w:p>
      <w:r>
        <w:t>Mark subject positions, camera direction, movement and frame boundaries. State whether the sketch is to scale.</w:t>
      </w:r>
    </w:p>
    <w:p>
      <w:r>
        <w:t>__________________________________________________________________</w:t>
      </w:r>
    </w:p>
    <w:p>
      <w:r>
        <w:t>__________________________________________________________________</w:t>
      </w:r>
    </w:p>
    <w:p>
      <w:r>
        <w:t>__________________________________________________________________</w:t>
      </w:r>
    </w:p>
    <w:p>
      <w:pPr>
        <w:pStyle w:val="Heading2"/>
      </w:pPr>
      <w:r>
        <w:t>Setup sketch</w:t>
      </w:r>
    </w:p>
    <w:p>
      <w:r>
        <w:t>Draw the room and label fixtures, flags, bounce surfaces and routes. Show clear access and emergency exits.</w:t>
      </w:r>
    </w:p>
    <w:p>
      <w:r>
        <w:t>__________________________________________________________________</w:t>
      </w:r>
    </w:p>
    <w:p>
      <w:r>
        <w:t>__________________________________________________________________</w:t>
      </w:r>
    </w:p>
    <w:p>
      <w:r>
        <w:t>__________________________________________________________________</w:t>
      </w:r>
    </w:p>
    <w:p>
      <w:r>
        <w:br w:type="page"/>
      </w:r>
    </w:p>
    <w:p>
      <w:pPr>
        <w:pStyle w:val="Title"/>
      </w:pPr>
      <w:r>
        <w:t>Fixture log and camera test</w:t>
      </w:r>
    </w:p>
    <w:p>
      <w:r>
        <w:t>Complete these sections with your team. Replace the response space with text, a sketch or your own cleared images.</w:t>
      </w:r>
    </w:p>
    <w:p>
      <w:pPr>
        <w:pStyle w:val="Heading2"/>
      </w:pPr>
      <w:r>
        <w:t>Fixture record</w:t>
      </w:r>
    </w:p>
    <w:p>
      <w:r>
        <w:t>For each light: ID, fixture, modifier, position, height, colour or gel and tested setting. Record power requirements separately.</w:t>
      </w:r>
    </w:p>
    <w:p>
      <w:r>
        <w:t>__________________________________________________________________</w:t>
      </w:r>
    </w:p>
    <w:p>
      <w:r>
        <w:t>__________________________________________________________________</w:t>
      </w:r>
    </w:p>
    <w:p>
      <w:r>
        <w:t>__________________________________________________________________</w:t>
      </w:r>
    </w:p>
    <w:p>
      <w:pPr>
        <w:pStyle w:val="Heading2"/>
      </w:pPr>
      <w:r>
        <w:t>Camera test</w:t>
      </w:r>
    </w:p>
    <w:p>
      <w:r>
        <w:t>Record lens, exposure, white balance and video frame rate where relevant. Check skin tones, reflections, spill and flicker.</w:t>
      </w:r>
    </w:p>
    <w:p>
      <w:r>
        <w:t>__________________________________________________________________</w:t>
      </w:r>
    </w:p>
    <w:p>
      <w:r>
        <w:t>__________________________________________________________________</w:t>
      </w:r>
    </w:p>
    <w:p>
      <w:r>
        <w:t>__________________________________________________________________</w:t>
      </w:r>
    </w:p>
    <w:p>
      <w:pPr>
        <w:pStyle w:val="Heading2"/>
      </w:pPr>
      <w:r>
        <w:t>Changes and continuity</w:t>
      </w:r>
    </w:p>
    <w:p>
      <w:r>
        <w:t>Record approved positions and settings, take a permitted reference photograph and note what changes for the next shot.</w:t>
      </w:r>
    </w:p>
    <w:p>
      <w:r>
        <w:t>__________________________________________________________________</w:t>
      </w:r>
    </w:p>
    <w:p>
      <w:r>
        <w:t>__________________________________________________________________</w:t>
      </w:r>
    </w:p>
    <w:p>
      <w:r>
        <w:t>__________________________________________________________________</w:t>
      </w:r>
    </w:p>
    <w:p>
      <w:pPr>
        <w:pStyle w:val="Heading2"/>
      </w:pPr>
      <w:r>
        <w:t>Crew and safety review</w:t>
      </w:r>
    </w:p>
    <w:p>
      <w:r>
        <w:t>Assign setup responsibilities. Agree equipment support, cable routes, electrical distribution and any rigging with competent crew and the studio.</w:t>
      </w:r>
    </w:p>
    <w:p>
      <w:r>
        <w:t>__________________________________________________________________</w:t>
      </w:r>
    </w:p>
    <w:p>
      <w:r>
        <w:t>__________________________________________________________________</w:t>
      </w:r>
    </w:p>
    <w:p>
      <w:r>
        <w:t>__________________________________________________________________</w:t>
      </w:r>
    </w:p>
    <w:p>
      <w:r>
        <w:br w:type="page"/>
      </w:r>
    </w:p>
    <w:p>
      <w:pPr>
        <w:pStyle w:val="Title"/>
      </w:pPr>
      <w:r>
        <w:t>Worked planning example</w:t>
      </w:r>
    </w:p>
    <w:p>
      <w:r>
        <w:t>An original fictional Cineview teaching example. It does not describe a commissioned or completed client production.</w:t>
      </w:r>
    </w:p>
    <w:p>
      <w:r>
        <w:rPr>
          <w:b/>
        </w:rPr>
        <w:t xml:space="preserve">Key  </w:t>
      </w:r>
      <w:r>
        <w:t>Place a soft key to one side of the camera to shape the subject. Adjust its position and level after a camera test.</w:t>
      </w:r>
    </w:p>
    <w:p>
      <w:r>
        <w:rPr>
          <w:b/>
        </w:rPr>
        <w:t xml:space="preserve">Fill  </w:t>
      </w:r>
      <w:r>
        <w:t>Use a controlled bounce or another source to manage the shadow side. Choose contrast for the brief rather than a fixed dimmer percentage.</w:t>
      </w:r>
    </w:p>
    <w:p>
      <w:r>
        <w:rPr>
          <w:b/>
        </w:rPr>
        <w:t xml:space="preserve">Separation  </w:t>
      </w:r>
      <w:r>
        <w:t>If useful, place a controlled source behind the subject for an edge. Check for flare and spill into the lens.</w:t>
      </w:r>
    </w:p>
    <w:p>
      <w:r>
        <w:rPr>
          <w:b/>
        </w:rPr>
        <w:t xml:space="preserve">Continuity  </w:t>
      </w:r>
      <w:r>
        <w:t>Record final positions, modifiers and camera settings. The illustration is a teaching sketch, not a rigging or electrical specification.</w:t>
      </w:r>
    </w:p>
    <w:p>
      <w:pPr>
        <w:pStyle w:val="Heading1"/>
      </w:pPr>
      <w:r>
        <w:t>How to use the template</w:t>
      </w:r>
    </w:p>
    <w:p>
      <w:r>
        <w:rPr>
          <w:b/>
        </w:rPr>
        <w:t xml:space="preserve">Start with the frame  </w:t>
      </w:r>
      <w:r>
        <w:t>Choose the camera and subject positions before placing lights. Show movement and the area seen by the lens.</w:t>
      </w:r>
    </w:p>
    <w:p>
      <w:r>
        <w:rPr>
          <w:b/>
        </w:rPr>
        <w:t xml:space="preserve">Give fixtures clear IDs  </w:t>
      </w:r>
      <w:r>
        <w:t>Use the same IDs in the sketch and equipment notes. Record modifiers and colour settings, not just the fixture name.</w:t>
      </w:r>
    </w:p>
    <w:p>
      <w:r>
        <w:rPr>
          <w:b/>
        </w:rPr>
        <w:t xml:space="preserve">Test and revise  </w:t>
      </w:r>
      <w:r>
        <w:t>Approve the look in camera, then save the final plan. Ask competent crew to check the practical setup and power needs.</w:t>
      </w:r>
    </w:p>
    <w:p>
      <w:pPr>
        <w:pStyle w:val="Heading2"/>
      </w:pPr>
      <w:r>
        <w:t>References and use</w:t>
      </w:r>
    </w:p>
    <w:p>
      <w:r>
        <w:t>StudioBinder three-point lighting guide</w:t>
        <w:br/>
        <w:t>https://www.studiobinder.com/blog/three-point-lighting-setup/</w:t>
      </w:r>
    </w:p>
    <w:p>
      <w:r>
        <w:t>Reference video: StudioBinder</w:t>
        <w:br/>
        <w:t>https://www.youtube.com/watch?v=n1EKLvdUSac</w:t>
      </w:r>
    </w:p>
    <w:p>
      <w:r>
        <w:t>You may adapt this original Cineview template for your own planning. Keep our website credit when sharing the unchanged file. This resource is educational and is not legal, financial or safety advice. Check rights to images and materials. Third-party references do not imply affiliation or endorsement.</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www.cineviewstudios.com</w:t>
    </w:r>
    <w:r>
      <w:rPr>
        <w:sz w:val="18"/>
      </w:rPr>
      <w:t xml:space="preserve">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 Lighting Planning Template</dc:title>
  <dc:subject/>
  <dc:creator>Cineview Studios</dc:creator>
  <cp:keywords/>
  <dc:description>generated by python-docx</dc:description>
  <cp:lastModifiedBy/>
  <cp:revision>1</cp:revision>
  <dcterms:created xsi:type="dcterms:W3CDTF">2013-12-23T23:15:00Z</dcterms:created>
  <dcterms:modified xsi:type="dcterms:W3CDTF">2013-12-23T23:15:00Z</dcterms:modified>
  <cp:category/>
</cp:coreProperties>
</file>