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Free Photography Brief Template</w:t>
      </w:r>
    </w:p>
    <w:p>
      <w:r>
        <w:t>CINEVIEW COMMUNITY RESOURCES · ORIGINAL EDITABLE TEMPLATE</w:t>
      </w:r>
    </w:p>
    <w:p>
      <w:r>
        <w:t>Agree the visual approach, shot requirements and delivery plan.</w:t>
      </w:r>
    </w:p>
    <w:p>
      <w:r>
        <w:t>Project: __________________  Date: __________  Version / owner: __________________</w:t>
      </w:r>
    </w:p>
    <w:p>
      <w:pPr>
        <w:pStyle w:val="Heading2"/>
      </w:pPr>
      <w:r>
        <w:t>Visual references</w:t>
      </w:r>
    </w:p>
    <w:p>
      <w:r>
        <w:t>________________________________________________________________________</w:t>
      </w:r>
    </w:p>
    <w:p>
      <w:r>
        <w:t>________________________________________________________________________</w:t>
      </w:r>
    </w:p>
    <w:p>
      <w:pPr>
        <w:pStyle w:val="Heading2"/>
      </w:pPr>
      <w:r>
        <w:t>Image requirements</w:t>
      </w:r>
    </w:p>
    <w:p>
      <w:r>
        <w:t>________________________________________________________________________</w:t>
      </w:r>
    </w:p>
    <w:p>
      <w:r>
        <w:t>________________________________________________________________________</w:t>
      </w:r>
    </w:p>
    <w:tbl>
      <w:tblPr>
        <w:tblStyle w:val="TableGrid"/>
        <w:tblW w:type="auto" w:w="0"/>
        <w:tblLayout w:type="fixed"/>
        <w:tblLook w:firstColumn="1" w:firstRow="1" w:lastColumn="0" w:lastRow="0" w:noHBand="0" w:noVBand="1" w:val="04A0"/>
      </w:tblPr>
      <w:tblGrid>
        <w:gridCol w:w="3408"/>
        <w:gridCol w:w="3408"/>
        <w:gridCol w:w="3408"/>
      </w:tblGrid>
      <w:tr>
        <w:tc>
          <w:tcPr>
            <w:tcW w:type="dxa" w:w="3408"/>
          </w:tcPr>
          <w:p>
            <w:r>
              <w:t>Image / subject</w:t>
            </w:r>
          </w:p>
        </w:tc>
        <w:tc>
          <w:tcPr>
            <w:tcW w:type="dxa" w:w="3408"/>
          </w:tcPr>
          <w:p>
            <w:r>
              <w:t>Crop / styling</w:t>
            </w:r>
          </w:p>
        </w:tc>
        <w:tc>
          <w:tcPr>
            <w:tcW w:type="dxa" w:w="3408"/>
          </w:tcPr>
          <w:p>
            <w:r>
              <w:t>Usage / delivery</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bl>
    <w:p>
      <w:r>
        <w:br w:type="page"/>
      </w:r>
    </w:p>
    <w:p>
      <w:pPr>
        <w:pStyle w:val="Title"/>
      </w:pPr>
      <w:r>
        <w:t>Details, checks and handover</w:t>
      </w:r>
    </w:p>
    <w:p>
      <w:pPr>
        <w:pStyle w:val="Heading2"/>
      </w:pPr>
      <w:r>
        <w:t>Styling and preparation</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Usage and delivery brief</w:t>
      </w:r>
    </w:p>
    <w:p>
      <w:r>
        <w:t>________________________________________________________________________</w:t>
      </w:r>
    </w:p>
    <w:p>
      <w:r>
        <w:t>________________________________________________________________________</w:t>
      </w:r>
    </w:p>
    <w:p>
      <w:r>
        <w:t>________________________________________________________________________</w:t>
      </w:r>
    </w:p>
    <w:tbl>
      <w:tblPr>
        <w:tblStyle w:val="TableGrid"/>
        <w:tblW w:type="auto" w:w="0"/>
        <w:tblLayout w:type="fixed"/>
        <w:tblLook w:firstColumn="1" w:firstRow="1" w:lastColumn="0" w:lastRow="0" w:noHBand="0" w:noVBand="1" w:val="04A0"/>
      </w:tblPr>
      <w:tblGrid>
        <w:gridCol w:w="3408"/>
        <w:gridCol w:w="3408"/>
        <w:gridCol w:w="3408"/>
      </w:tblGrid>
      <w:tr>
        <w:tc>
          <w:tcPr>
            <w:tcW w:type="dxa" w:w="3408"/>
          </w:tcPr>
          <w:p>
            <w:r>
              <w:t>Action / open question</w:t>
            </w:r>
          </w:p>
        </w:tc>
        <w:tc>
          <w:tcPr>
            <w:tcW w:type="dxa" w:w="3408"/>
          </w:tcPr>
          <w:p>
            <w:r>
              <w:t>Owner</w:t>
            </w:r>
          </w:p>
        </w:tc>
        <w:tc>
          <w:tcPr>
            <w:tcW w:type="dxa" w:w="3408"/>
          </w:tcPr>
          <w:p>
            <w:r>
              <w:t>Due / completed</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bl>
    <w:p>
      <w:pPr>
        <w:pStyle w:val="Heading1"/>
      </w:pPr>
      <w:r>
        <w:t>How to use this template</w:t>
      </w:r>
    </w:p>
    <w:p>
      <w:r>
        <w:t>Agree required image counts, crops, retouching, delivery and usage scope before the shoot. Confirm permissions and the approval process separately.</w:t>
      </w:r>
    </w:p>
    <w:p>
      <w:r>
        <w:t>Complete project identifiers first. Duplicate log rows or pages as needed, keep a dated version and share the current copy with the relevant team. These documents are optional to share with Cineview; tell the studio your space, dates and equipment requirements.</w:t>
      </w:r>
    </w:p>
    <w:p>
      <w:pPr>
        <w:pStyle w:val="Heading2"/>
      </w:pPr>
      <w:r>
        <w:t>Use and limits</w:t>
      </w:r>
    </w:p>
    <w:p>
      <w:r>
        <w:t>Free to adapt for your production. Keep the website credit when sharing the unchanged template. Educational planning aid, not legal, financial or safety advice. Check facts and permissions for your project, protect personal information and obtain competent professional input where needed.</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www.cineviewstudios.com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Photography Brief Template</dc:title>
  <dc:subject/>
  <dc:creator>Cineview Studios</dc:creator>
  <cp:keywords/>
  <dc:description>generated by python-docx</dc:description>
  <cp:lastModifiedBy/>
  <cp:revision>1</cp:revision>
  <dcterms:created xsi:type="dcterms:W3CDTF">2013-12-23T23:15:00Z</dcterms:created>
  <dcterms:modified xsi:type="dcterms:W3CDTF">2013-12-23T23:15:00Z</dcterms:modified>
  <cp:category/>
</cp:coreProperties>
</file>