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Pitch deck template</w:t>
      </w:r>
    </w:p>
    <w:p>
      <w:r>
        <w:t>Use this free pitch deck template to explain your idea to a client or collaborator. The editable document provides a page-by-page planning outline you can turn into presentation slides, with prompts for a film, photography or campaign pitch.</w:t>
      </w:r>
    </w:p>
    <w:p>
      <w:pPr>
        <w:pStyle w:val="Heading2"/>
      </w:pPr>
      <w:r>
        <w:t>Project title and hook</w:t>
      </w:r>
    </w:p>
    <w:p>
      <w:r>
        <w:t>Working title, contact, version and one sentence explaining the idea.</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Audience and purpose</w:t>
      </w:r>
    </w:p>
    <w:p>
      <w:r>
        <w:t>Who will see the finished work? What should it make them understand or do?</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Concept and story</w:t>
      </w:r>
    </w:p>
    <w:p>
      <w:r>
        <w:t>Describe the central idea and the main action. For a film, include the character goal and conflict.</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Visual direction</w:t>
      </w:r>
    </w:p>
    <w:p>
      <w:r>
        <w:t>Add cleared image references and describe tone, lighting, framing and movement.</w:t>
      </w:r>
    </w:p>
    <w:p>
      <w:r>
        <w:t>__________________________________________________________________</w:t>
      </w:r>
    </w:p>
    <w:p>
      <w:r>
        <w:t>__________________________________________________________________</w:t>
      </w:r>
    </w:p>
    <w:p>
      <w:r>
        <w:t>__________________________________________________________________</w:t>
      </w:r>
    </w:p>
    <w:p>
      <w:r>
        <w:br w:type="page"/>
      </w:r>
    </w:p>
    <w:p>
      <w:pPr>
        <w:pStyle w:val="Title"/>
      </w:pPr>
      <w:r>
        <w:t>Production and deliverables</w:t>
      </w:r>
    </w:p>
    <w:p>
      <w:r>
        <w:t>Complete these sections with your team. Replace the response space with text, a sketch or your own cleared images.</w:t>
      </w:r>
    </w:p>
    <w:p>
      <w:pPr>
        <w:pStyle w:val="Heading2"/>
      </w:pPr>
      <w:r>
        <w:t>Format and deliverables</w:t>
      </w:r>
    </w:p>
    <w:p>
      <w:r>
        <w:t>List duration or image count, aspect ratios, intended channels and required versions.</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Production approach</w:t>
      </w:r>
    </w:p>
    <w:p>
      <w:r>
        <w:t>Outline locations or studio setups, casting, key crew and important practical constraints.</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Schedule and assumptions</w:t>
      </w:r>
    </w:p>
    <w:p>
      <w:r>
        <w:t>Identify preparation, shoot and delivery milestones. Label estimates and unconfirmed decisions.</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Budget and responsibilities</w:t>
      </w:r>
    </w:p>
    <w:p>
      <w:r>
        <w:t>State the agreed scope or estimate basis. Identify exclusions, approval owners and items still to quote.</w:t>
      </w:r>
    </w:p>
    <w:p>
      <w:r>
        <w:t>__________________________________________________________________</w:t>
      </w:r>
    </w:p>
    <w:p>
      <w:r>
        <w:t>__________________________________________________________________</w:t>
      </w:r>
    </w:p>
    <w:p>
      <w:r>
        <w:t>__________________________________________________________________</w:t>
      </w:r>
    </w:p>
    <w:p>
      <w:r>
        <w:br w:type="page"/>
      </w:r>
    </w:p>
    <w:p>
      <w:pPr>
        <w:pStyle w:val="Title"/>
      </w:pPr>
      <w:r>
        <w:t>Decision and next steps</w:t>
      </w:r>
    </w:p>
    <w:p>
      <w:r>
        <w:t>Complete these sections with your team. Replace the response space with text, a sketch or your own cleared images.</w:t>
      </w:r>
    </w:p>
    <w:p>
      <w:pPr>
        <w:pStyle w:val="Heading2"/>
      </w:pPr>
      <w:r>
        <w:t>Relevant work and team</w:t>
      </w:r>
    </w:p>
    <w:p>
      <w:r>
        <w:t>Add genuine credited work or links. Describe who is attached and who is still proposed.</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Request and next step</w:t>
      </w:r>
    </w:p>
    <w:p>
      <w:r>
        <w:t>Ask for one decision, meeting or approval. Name the owner and proposed response date.</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Questions and revisions</w:t>
      </w:r>
    </w:p>
    <w:p>
      <w:r>
        <w:t>Record feedback and decisions that change scope, timing or the visual approach.</w:t>
      </w:r>
    </w:p>
    <w:p>
      <w:r>
        <w:t>__________________________________________________________________</w:t>
      </w:r>
    </w:p>
    <w:p>
      <w:r>
        <w:t>__________________________________________________________________</w:t>
      </w:r>
    </w:p>
    <w:p>
      <w:r>
        <w:t>__________________________________________________________________</w:t>
      </w:r>
    </w:p>
    <w:p>
      <w:pPr>
        <w:pStyle w:val="Heading2"/>
      </w:pPr>
      <w:r>
        <w:t>Rights and confidentiality</w:t>
      </w:r>
    </w:p>
    <w:p>
      <w:r>
        <w:t>Check permissions for references and portfolio work. Agree who may receive the deck.</w:t>
      </w:r>
    </w:p>
    <w:p>
      <w:r>
        <w:t>__________________________________________________________________</w:t>
      </w:r>
    </w:p>
    <w:p>
      <w:r>
        <w:t>__________________________________________________________________</w:t>
      </w:r>
    </w:p>
    <w:p>
      <w:r>
        <w:t>__________________________________________________________________</w:t>
      </w:r>
    </w:p>
    <w:p>
      <w:r>
        <w:br w:type="page"/>
      </w:r>
    </w:p>
    <w:p>
      <w:pPr>
        <w:pStyle w:val="Title"/>
      </w:pPr>
      <w:r>
        <w:t>Worked planning example</w:t>
      </w:r>
    </w:p>
    <w:p>
      <w:r>
        <w:t>An original fictional Cineview teaching example. It does not describe a commissioned or completed client production.</w:t>
      </w:r>
    </w:p>
    <w:p>
      <w:r>
        <w:rPr>
          <w:b/>
        </w:rPr>
        <w:t xml:space="preserve">Concept  </w:t>
      </w:r>
      <w:r>
        <w:t>Fictional project: a 30-second film showing a reusable bottle moving through a normal working day.</w:t>
      </w:r>
    </w:p>
    <w:p>
      <w:r>
        <w:rPr>
          <w:b/>
        </w:rPr>
        <w:t xml:space="preserve">Purpose  </w:t>
      </w:r>
      <w:r>
        <w:t>Help a potential customer understand the product in use; demonstrate the lid and carry loop clearly.</w:t>
      </w:r>
    </w:p>
    <w:p>
      <w:r>
        <w:rPr>
          <w:b/>
        </w:rPr>
        <w:t xml:space="preserve">Plan  </w:t>
      </w:r>
      <w:r>
        <w:t>Film three simple studio setups and detail inserts. Confirm product samples, cast, crew and quote before scheduling.</w:t>
      </w:r>
    </w:p>
    <w:p>
      <w:r>
        <w:rPr>
          <w:b/>
        </w:rPr>
        <w:t xml:space="preserve">Decision  </w:t>
      </w:r>
      <w:r>
        <w:t>Ask the client to approve the concept and deliverable list before the producer develops a shot list.</w:t>
      </w:r>
    </w:p>
    <w:p>
      <w:pPr>
        <w:pStyle w:val="Heading1"/>
      </w:pPr>
      <w:r>
        <w:t>How to use the template</w:t>
      </w:r>
    </w:p>
    <w:p>
      <w:r>
        <w:rPr>
          <w:b/>
        </w:rPr>
        <w:t xml:space="preserve">Write for the recipient  </w:t>
      </w:r>
      <w:r>
        <w:t>A client, creative collaborator and investor may need different information. Ask what the recipient expects.</w:t>
      </w:r>
    </w:p>
    <w:p>
      <w:r>
        <w:rPr>
          <w:b/>
        </w:rPr>
        <w:t xml:space="preserve">Make the idea readable  </w:t>
      </w:r>
      <w:r>
        <w:t>Use short sections, clear images and a consistent visual approach. Label proposed crew, estimates and assumptions.</w:t>
      </w:r>
    </w:p>
    <w:p>
      <w:r>
        <w:rPr>
          <w:b/>
        </w:rPr>
        <w:t xml:space="preserve">Finish with one request  </w:t>
      </w:r>
      <w:r>
        <w:t>Make the next decision clear. A deck supports a conversation; it does not guarantee funding or approval.</w:t>
      </w:r>
    </w:p>
    <w:p>
      <w:pPr>
        <w:pStyle w:val="Heading2"/>
      </w:pPr>
      <w:r>
        <w:t>References and use</w:t>
      </w:r>
    </w:p>
    <w:p>
      <w:r>
        <w:t>Celtx film pitch deck guide</w:t>
        <w:br/>
        <w:t>https://blog.celtx.com/how-to-build-film-pitch-deck/</w:t>
      </w:r>
    </w:p>
    <w:p>
      <w:r>
        <w:t>Reference video: Film Courage</w:t>
        <w:br/>
        <w:t>https://www.youtube.com/watch?v=oqLH4Rx2AnY</w:t>
      </w:r>
    </w:p>
    <w:p>
      <w:r>
        <w:t>You may adapt this original Cineview template for your own planning. Keep our website credit when sharing the unchanged file. This resource is educational and is not legal, financial or safety advice. Check rights to images and materials. Third-party references do not imply affiliation or endorsement.</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www.cineviewstudios.com</w:t>
    </w:r>
    <w:r>
      <w:rPr>
        <w:sz w:val="18"/>
      </w:rPr>
      <w:t xml:space="preserve">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Pitch Deck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