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Post-Production Delivery Checklist Template</w:t>
      </w:r>
    </w:p>
    <w:p>
      <w:r>
        <w:t>CINEVIEW COMMUNITY RESOURCES · ORIGINAL EDITABLE TEMPLATE</w:t>
      </w:r>
    </w:p>
    <w:p>
      <w:r>
        <w:t>Check deliverables, versions, approvals and archive handover.</w:t>
      </w:r>
    </w:p>
    <w:p>
      <w:r>
        <w:t>Project: __________________  Date: __________  Version / owner: __________________</w:t>
      </w:r>
    </w:p>
    <w:p>
      <w:pPr>
        <w:pStyle w:val="Heading2"/>
      </w:pPr>
      <w:r>
        <w:t>Deliverable and version</w:t>
      </w:r>
    </w:p>
    <w:p>
      <w:r>
        <w:t>________________________________________________________________________</w:t>
      </w:r>
    </w:p>
    <w:p>
      <w:r>
        <w:t>________________________________________________________________________</w:t>
      </w:r>
    </w:p>
    <w:p>
      <w:pPr>
        <w:pStyle w:val="Heading2"/>
      </w:pPr>
      <w:r>
        <w:t>Picture, sound and caption checks</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File / version</w:t>
            </w:r>
          </w:p>
        </w:tc>
        <w:tc>
          <w:tcPr>
            <w:tcW w:type="dxa" w:w="3408"/>
          </w:tcPr>
          <w:p>
            <w:r>
              <w:t>Checks / approval</w:t>
            </w:r>
          </w:p>
        </w:tc>
        <w:tc>
          <w:tcPr>
            <w:tcW w:type="dxa" w:w="3408"/>
          </w:tcPr>
          <w:p>
            <w:r>
              <w:t>Delivery / archive</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r>
        <w:br w:type="page"/>
      </w:r>
    </w:p>
    <w:p>
      <w:pPr>
        <w:pStyle w:val="Title"/>
      </w:pPr>
      <w:r>
        <w:t>Details, checks and handover</w:t>
      </w:r>
    </w:p>
    <w:p>
      <w:pPr>
        <w:pStyle w:val="Heading2"/>
      </w:pPr>
      <w:r>
        <w:t>Approval status</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Delivery and archive record</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Confirm technical specifications and approved versions with the recipient. Review exported files, not just the timeline, and document what was delivered.</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Post-Production Delivery Checklist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