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Production Assistant Checklist Template</w:t>
      </w:r>
    </w:p>
    <w:p>
      <w:r>
        <w:t>CINEVIEW COMMUNITY RESOURCES · ORIGINAL EDITABLE TEMPLATE</w:t>
      </w:r>
    </w:p>
    <w:p>
      <w:r>
        <w:t>Organise arrival, crew support, communications and wrap tasks.</w:t>
      </w:r>
    </w:p>
    <w:p>
      <w:r>
        <w:t>Project: __________________  Date: __________  Version / owner: __________________</w:t>
      </w:r>
    </w:p>
    <w:p>
      <w:pPr>
        <w:pStyle w:val="Heading2"/>
      </w:pPr>
      <w:r>
        <w:t>Arrival and setup tasks</w:t>
      </w:r>
    </w:p>
    <w:p>
      <w:r>
        <w:t>________________________________________________________________________</w:t>
      </w:r>
    </w:p>
    <w:p>
      <w:r>
        <w:t>________________________________________________________________________</w:t>
      </w:r>
    </w:p>
    <w:p>
      <w:pPr>
        <w:pStyle w:val="Heading2"/>
      </w:pPr>
      <w:r>
        <w:t>Department support</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Time / task</w:t>
            </w:r>
          </w:p>
        </w:tc>
        <w:tc>
          <w:tcPr>
            <w:tcW w:type="dxa" w:w="3408"/>
          </w:tcPr>
          <w:p>
            <w:r>
              <w:t>Requester / priority</w:t>
            </w:r>
          </w:p>
        </w:tc>
        <w:tc>
          <w:tcPr>
            <w:tcW w:type="dxa" w:w="3408"/>
          </w:tcPr>
          <w:p>
            <w:r>
              <w:t>Status / handover</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Runner requests and contacts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Wrap and outstanding actions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Check task priorities with your supervisor. Record completed requests and unresolved items rather than silently changing department instructions.</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Production Assistant Checklist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