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Production Brief Template</w:t>
      </w:r>
    </w:p>
    <w:p>
      <w:r>
        <w:t>CINEVIEW COMMUNITY RESOURCES · ORIGINAL EDITABLE TEMPLATE</w:t>
      </w:r>
    </w:p>
    <w:p>
      <w:r>
        <w:t>Define the project, audience, creative direction and deliverables.</w:t>
      </w:r>
    </w:p>
    <w:p>
      <w:r>
        <w:t>Project: __________________  Date: __________  Version / owner: __________________</w:t>
      </w:r>
    </w:p>
    <w:p>
      <w:pPr>
        <w:pStyle w:val="Heading2"/>
      </w:pPr>
      <w:r>
        <w:t>Project objective</w:t>
      </w:r>
    </w:p>
    <w:p>
      <w:r>
        <w:t>________________________________________________________________________</w:t>
      </w:r>
    </w:p>
    <w:p>
      <w:r>
        <w:t>________________________________________________________________________</w:t>
      </w:r>
    </w:p>
    <w:p>
      <w:pPr>
        <w:pStyle w:val="Heading2"/>
      </w:pPr>
      <w:r>
        <w:t>Audience and creative references</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Decision / requirement</w:t>
            </w:r>
          </w:p>
        </w:tc>
        <w:tc>
          <w:tcPr>
            <w:tcW w:type="dxa" w:w="3408"/>
          </w:tcPr>
          <w:p>
            <w:r>
              <w:t>Owner</w:t>
            </w:r>
          </w:p>
        </w:tc>
        <w:tc>
          <w:tcPr>
            <w:tcW w:type="dxa" w:w="3408"/>
          </w:tcPr>
          <w:p>
            <w:r>
              <w:t>Due / status</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Deliverables and priorities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Team and approval contacts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Agree the objective before detailed planning. Record the approving person and separate confirmed requirements from assumptions.</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Production Brief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