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Free Shot List Template</w:t>
      </w:r>
    </w:p>
    <w:p>
      <w:r>
        <w:t>CINEVIEW COMMUNITY RESOURCES · ORIGINAL EDITABLE TEMPLATE</w:t>
      </w:r>
    </w:p>
    <w:p>
      <w:r>
        <w:t>Turn your creative plan into organised shooting requirements.</w:t>
      </w:r>
    </w:p>
    <w:p>
      <w:r>
        <w:t>Project: __________________  Date: __________  Version / owner: __________________</w:t>
      </w:r>
    </w:p>
    <w:p>
      <w:pPr>
        <w:pStyle w:val="Heading2"/>
      </w:pPr>
      <w:r>
        <w:t>Scene and shot reference</w:t>
      </w:r>
    </w:p>
    <w:p>
      <w:r>
        <w:t>________________________________________________________________________</w:t>
      </w:r>
    </w:p>
    <w:p>
      <w:r>
        <w:t>________________________________________________________________________</w:t>
      </w:r>
    </w:p>
    <w:p>
      <w:pPr>
        <w:pStyle w:val="Heading2"/>
      </w:pPr>
      <w:r>
        <w:t>Framing and movement</w:t>
      </w:r>
    </w:p>
    <w:p>
      <w:r>
        <w:t>________________________________________________________________________</w:t>
      </w:r>
    </w:p>
    <w:p>
      <w:r>
        <w:t>________________________________________________________________________</w:t>
      </w:r>
    </w:p>
    <w:tbl>
      <w:tblPr>
        <w:tblStyle w:val="TableGrid"/>
        <w:tblW w:type="auto" w:w="0"/>
        <w:tblLayout w:type="fixed"/>
        <w:tblLook w:firstColumn="1" w:firstRow="1" w:lastColumn="0" w:lastRow="0" w:noHBand="0" w:noVBand="1" w:val="04A0"/>
      </w:tblPr>
      <w:tblGrid>
        <w:gridCol w:w="3408"/>
        <w:gridCol w:w="3408"/>
        <w:gridCol w:w="3408"/>
      </w:tblGrid>
      <w:tr>
        <w:tc>
          <w:tcPr>
            <w:tcW w:type="dxa" w:w="3408"/>
          </w:tcPr>
          <w:p>
            <w:r>
              <w:t>Shot ID / subject</w:t>
            </w:r>
          </w:p>
        </w:tc>
        <w:tc>
          <w:tcPr>
            <w:tcW w:type="dxa" w:w="3408"/>
          </w:tcPr>
          <w:p>
            <w:r>
              <w:t>Framing / movement</w:t>
            </w:r>
          </w:p>
        </w:tc>
        <w:tc>
          <w:tcPr>
            <w:tcW w:type="dxa" w:w="3408"/>
          </w:tcPr>
          <w:p>
            <w:r>
              <w:t>Needs / priority</w:t>
            </w:r>
          </w:p>
        </w:tc>
      </w:tr>
      <w:tr>
        <w:trPr>
          <w:trHeight w:val="547"/>
        </w:trPr>
        <w:tc>
          <w:tcPr>
            <w:tcW w:type="dxa" w:w="3408"/>
          </w:tcPr>
          <w:p>
            <w:r>
              <w:t xml:space="preserve"> </w:t>
            </w:r>
          </w:p>
        </w:tc>
        <w:tc>
          <w:tcPr>
            <w:tcW w:type="dxa" w:w="3408"/>
          </w:tcPr>
          <w:p>
            <w:r>
              <w:t xml:space="preserve"> </w:t>
            </w:r>
          </w:p>
        </w:tc>
        <w:tc>
          <w:tcPr>
            <w:tcW w:type="dxa" w:w="3408"/>
          </w:tcPr>
          <w:p>
            <w:r>
              <w:t xml:space="preserve"> </w:t>
            </w:r>
          </w:p>
        </w:tc>
      </w:tr>
      <w:tr>
        <w:trPr>
          <w:trHeight w:val="547"/>
        </w:trPr>
        <w:tc>
          <w:tcPr>
            <w:tcW w:type="dxa" w:w="3408"/>
          </w:tcPr>
          <w:p>
            <w:r>
              <w:t xml:space="preserve"> </w:t>
            </w:r>
          </w:p>
        </w:tc>
        <w:tc>
          <w:tcPr>
            <w:tcW w:type="dxa" w:w="3408"/>
          </w:tcPr>
          <w:p>
            <w:r>
              <w:t xml:space="preserve"> </w:t>
            </w:r>
          </w:p>
        </w:tc>
        <w:tc>
          <w:tcPr>
            <w:tcW w:type="dxa" w:w="3408"/>
          </w:tcPr>
          <w:p>
            <w:r>
              <w:t xml:space="preserve"> </w:t>
            </w:r>
          </w:p>
        </w:tc>
      </w:tr>
      <w:tr>
        <w:trPr>
          <w:trHeight w:val="547"/>
        </w:trPr>
        <w:tc>
          <w:tcPr>
            <w:tcW w:type="dxa" w:w="3408"/>
          </w:tcPr>
          <w:p>
            <w:r>
              <w:t xml:space="preserve"> </w:t>
            </w:r>
          </w:p>
        </w:tc>
        <w:tc>
          <w:tcPr>
            <w:tcW w:type="dxa" w:w="3408"/>
          </w:tcPr>
          <w:p>
            <w:r>
              <w:t xml:space="preserve"> </w:t>
            </w:r>
          </w:p>
        </w:tc>
        <w:tc>
          <w:tcPr>
            <w:tcW w:type="dxa" w:w="3408"/>
          </w:tcPr>
          <w:p>
            <w:r>
              <w:t xml:space="preserve"> </w:t>
            </w:r>
          </w:p>
        </w:tc>
      </w:tr>
      <w:tr>
        <w:trPr>
          <w:trHeight w:val="547"/>
        </w:trPr>
        <w:tc>
          <w:tcPr>
            <w:tcW w:type="dxa" w:w="3408"/>
          </w:tcPr>
          <w:p>
            <w:r>
              <w:t xml:space="preserve"> </w:t>
            </w:r>
          </w:p>
        </w:tc>
        <w:tc>
          <w:tcPr>
            <w:tcW w:type="dxa" w:w="3408"/>
          </w:tcPr>
          <w:p>
            <w:r>
              <w:t xml:space="preserve"> </w:t>
            </w:r>
          </w:p>
        </w:tc>
        <w:tc>
          <w:tcPr>
            <w:tcW w:type="dxa" w:w="3408"/>
          </w:tcPr>
          <w:p>
            <w:r>
              <w:t xml:space="preserve"> </w:t>
            </w:r>
          </w:p>
        </w:tc>
      </w:tr>
    </w:tbl>
    <w:p>
      <w:r>
        <w:br w:type="page"/>
      </w:r>
    </w:p>
    <w:p>
      <w:pPr>
        <w:pStyle w:val="Title"/>
      </w:pPr>
      <w:r>
        <w:t>Details, checks and handover</w:t>
      </w:r>
    </w:p>
    <w:p>
      <w:pPr>
        <w:pStyle w:val="Heading2"/>
      </w:pPr>
      <w:r>
        <w:t>Lighting, props and audio</w:t>
      </w:r>
    </w:p>
    <w:p>
      <w:r>
        <w:t>________________________________________________________________________</w:t>
      </w:r>
    </w:p>
    <w:p>
      <w:r>
        <w:t>________________________________________________________________________</w:t>
      </w:r>
    </w:p>
    <w:p>
      <w:r>
        <w:t>________________________________________________________________________</w:t>
      </w:r>
    </w:p>
    <w:p>
      <w:pPr>
        <w:pStyle w:val="Heading2"/>
      </w:pPr>
      <w:r>
        <w:t>Priority and setup notes</w:t>
      </w:r>
    </w:p>
    <w:p>
      <w:r>
        <w:t>________________________________________________________________________</w:t>
      </w:r>
    </w:p>
    <w:p>
      <w:r>
        <w:t>________________________________________________________________________</w:t>
      </w:r>
    </w:p>
    <w:p>
      <w:r>
        <w:t>________________________________________________________________________</w:t>
      </w:r>
    </w:p>
    <w:tbl>
      <w:tblPr>
        <w:tblStyle w:val="TableGrid"/>
        <w:tblW w:type="auto" w:w="0"/>
        <w:tblLayout w:type="fixed"/>
        <w:tblLook w:firstColumn="1" w:firstRow="1" w:lastColumn="0" w:lastRow="0" w:noHBand="0" w:noVBand="1" w:val="04A0"/>
      </w:tblPr>
      <w:tblGrid>
        <w:gridCol w:w="3408"/>
        <w:gridCol w:w="3408"/>
        <w:gridCol w:w="3408"/>
      </w:tblGrid>
      <w:tr>
        <w:tc>
          <w:tcPr>
            <w:tcW w:type="dxa" w:w="3408"/>
          </w:tcPr>
          <w:p>
            <w:r>
              <w:t>Action / open question</w:t>
            </w:r>
          </w:p>
        </w:tc>
        <w:tc>
          <w:tcPr>
            <w:tcW w:type="dxa" w:w="3408"/>
          </w:tcPr>
          <w:p>
            <w:r>
              <w:t>Owner</w:t>
            </w:r>
          </w:p>
        </w:tc>
        <w:tc>
          <w:tcPr>
            <w:tcW w:type="dxa" w:w="3408"/>
          </w:tcPr>
          <w:p>
            <w:r>
              <w:t>Due / completed</w:t>
            </w:r>
          </w:p>
        </w:tc>
      </w:tr>
      <w:tr>
        <w:trPr>
          <w:trHeight w:val="547"/>
        </w:trPr>
        <w:tc>
          <w:tcPr>
            <w:tcW w:type="dxa" w:w="3408"/>
          </w:tcPr>
          <w:p>
            <w:r>
              <w:t xml:space="preserve"> </w:t>
            </w:r>
          </w:p>
        </w:tc>
        <w:tc>
          <w:tcPr>
            <w:tcW w:type="dxa" w:w="3408"/>
          </w:tcPr>
          <w:p>
            <w:r>
              <w:t xml:space="preserve"> </w:t>
            </w:r>
          </w:p>
        </w:tc>
        <w:tc>
          <w:tcPr>
            <w:tcW w:type="dxa" w:w="3408"/>
          </w:tcPr>
          <w:p>
            <w:r>
              <w:t xml:space="preserve"> </w:t>
            </w:r>
          </w:p>
        </w:tc>
      </w:tr>
      <w:tr>
        <w:trPr>
          <w:trHeight w:val="547"/>
        </w:trPr>
        <w:tc>
          <w:tcPr>
            <w:tcW w:type="dxa" w:w="3408"/>
          </w:tcPr>
          <w:p>
            <w:r>
              <w:t xml:space="preserve"> </w:t>
            </w:r>
          </w:p>
        </w:tc>
        <w:tc>
          <w:tcPr>
            <w:tcW w:type="dxa" w:w="3408"/>
          </w:tcPr>
          <w:p>
            <w:r>
              <w:t xml:space="preserve"> </w:t>
            </w:r>
          </w:p>
        </w:tc>
        <w:tc>
          <w:tcPr>
            <w:tcW w:type="dxa" w:w="3408"/>
          </w:tcPr>
          <w:p>
            <w:r>
              <w:t xml:space="preserve"> </w:t>
            </w:r>
          </w:p>
        </w:tc>
      </w:tr>
      <w:tr>
        <w:trPr>
          <w:trHeight w:val="547"/>
        </w:trPr>
        <w:tc>
          <w:tcPr>
            <w:tcW w:type="dxa" w:w="3408"/>
          </w:tcPr>
          <w:p>
            <w:r>
              <w:t xml:space="preserve"> </w:t>
            </w:r>
          </w:p>
        </w:tc>
        <w:tc>
          <w:tcPr>
            <w:tcW w:type="dxa" w:w="3408"/>
          </w:tcPr>
          <w:p>
            <w:r>
              <w:t xml:space="preserve"> </w:t>
            </w:r>
          </w:p>
        </w:tc>
        <w:tc>
          <w:tcPr>
            <w:tcW w:type="dxa" w:w="3408"/>
          </w:tcPr>
          <w:p>
            <w:r>
              <w:t xml:space="preserve"> </w:t>
            </w:r>
          </w:p>
        </w:tc>
      </w:tr>
    </w:tbl>
    <w:p>
      <w:pPr>
        <w:pStyle w:val="Heading1"/>
      </w:pPr>
      <w:r>
        <w:t>How to use this template</w:t>
      </w:r>
    </w:p>
    <w:p>
      <w:r>
        <w:t>Give every shot a stable reference. Group compatible setups after discussing them with the crew. Mark essential shots and alternatives.</w:t>
      </w:r>
    </w:p>
    <w:p>
      <w:r>
        <w:t>Complete project identifiers first. Duplicate log rows or pages as needed, keep a dated version and share the current copy with the relevant team. These documents are optional to share with Cineview; tell the studio your space, dates and equipment requirements.</w:t>
      </w:r>
    </w:p>
    <w:p>
      <w:pPr>
        <w:pStyle w:val="Heading2"/>
      </w:pPr>
      <w:r>
        <w:t>Use and limits</w:t>
      </w:r>
    </w:p>
    <w:p>
      <w:r>
        <w:t>Free to adapt for your production. Keep the website credit when sharing the unchanged template. Educational planning aid, not legal, financial or safety advice. Check facts and permissions for your project, protect personal information and obtain competent professional input where needed.</w:t>
      </w:r>
    </w:p>
    <w:sectPr w:rsidR="00FC693F" w:rsidRPr="0006063C" w:rsidSect="00034616">
      <w:footerReference w:type="default" r:id="rId9"/>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 xml:space="preserve">www.cineviewstudios.com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rial" w:hAnsi="Arial"/>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 Shot List Template</dc:title>
  <dc:subject/>
  <dc:creator>Cineview Studios</dc:creator>
  <cp:keywords/>
  <dc:description>generated by python-docx</dc:description>
  <cp:lastModifiedBy/>
  <cp:revision>1</cp:revision>
  <dcterms:created xsi:type="dcterms:W3CDTF">2013-12-23T23:15:00Z</dcterms:created>
  <dcterms:modified xsi:type="dcterms:W3CDTF">2013-12-23T23:15:00Z</dcterms:modified>
  <cp:category/>
</cp:coreProperties>
</file>