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Three Act Structure Template</w:t>
      </w:r>
    </w:p>
    <w:p>
      <w:r>
        <w:t>Use the prompts to outline your own film. Add or remove sections to suit your project. The worked example follows the blank worksheet.</w:t>
      </w:r>
    </w:p>
    <w:p>
      <w:r>
        <w:t>Project _______________________   Writer _______________________</w:t>
      </w:r>
    </w:p>
    <w:p>
      <w:pPr>
        <w:pStyle w:val="Heading2"/>
      </w:pPr>
      <w:r>
        <w:t>Act 1  Setup</w:t>
      </w:r>
    </w:p>
    <w:p>
      <w:r>
        <w:t>Who is the story about, what do they want, and what draws them into the main problem?</w:t>
      </w:r>
    </w:p>
    <w:p>
      <w:r>
        <w:t>__________________________________________________________________</w:t>
      </w:r>
    </w:p>
    <w:p>
      <w:r>
        <w:t>__________________________________________________________________</w:t>
      </w:r>
    </w:p>
    <w:p>
      <w:r>
        <w:t>__________________________________________________________________</w:t>
      </w:r>
    </w:p>
    <w:p>
      <w:r>
        <w:t>__________________________________________________________________</w:t>
      </w:r>
    </w:p>
    <w:p>
      <w:pPr>
        <w:pStyle w:val="Heading2"/>
      </w:pPr>
      <w:r>
        <w:t>Act 2  Confrontation</w:t>
      </w:r>
    </w:p>
    <w:p>
      <w:r>
        <w:t>How does the problem escalate, and what must the characters change or attempt?</w:t>
      </w:r>
    </w:p>
    <w:p>
      <w:r>
        <w:t>__________________________________________________________________</w:t>
      </w:r>
    </w:p>
    <w:p>
      <w:r>
        <w:t>__________________________________________________________________</w:t>
      </w:r>
    </w:p>
    <w:p>
      <w:r>
        <w:t>__________________________________________________________________</w:t>
      </w:r>
    </w:p>
    <w:p>
      <w:r>
        <w:t>__________________________________________________________________</w:t>
      </w:r>
    </w:p>
    <w:p>
      <w:pPr>
        <w:pStyle w:val="Heading2"/>
      </w:pPr>
      <w:r>
        <w:t>Act 3  Resolution</w:t>
      </w:r>
    </w:p>
    <w:p>
      <w:r>
        <w:t>What resolves the central conflict, and what is different afterwards?</w:t>
      </w:r>
    </w:p>
    <w:p>
      <w:r>
        <w:t>__________________________________________________________________</w:t>
      </w:r>
    </w:p>
    <w:p>
      <w:r>
        <w:t>__________________________________________________________________</w:t>
      </w:r>
    </w:p>
    <w:p>
      <w:r>
        <w:t>__________________________________________________________________</w:t>
      </w:r>
    </w:p>
    <w:p>
      <w:r>
        <w:t>__________________________________________________________________</w:t>
      </w:r>
    </w:p>
    <w:p>
      <w:r>
        <w:br w:type="page"/>
      </w:r>
    </w:p>
    <w:p>
      <w:pPr>
        <w:pStyle w:val="Title"/>
      </w:pPr>
      <w:r>
        <w:t>Worked film example</w:t>
      </w:r>
    </w:p>
    <w:p>
      <w:pPr>
        <w:pStyle w:val="Heading1"/>
      </w:pPr>
      <w:r>
        <w:t>Jurassic Park (1993)</w:t>
      </w:r>
    </w:p>
    <w:p>
      <w:r>
        <w:t>Original Cineview diagram and broad act interpretation. Compare the detailed breakdown by StudioBinder; spoilers follow.</w:t>
      </w:r>
    </w:p>
    <w:p>
      <w:r>
        <w:rPr>
          <w:b/>
        </w:rPr>
        <w:t xml:space="preserve">Act 1 — Setup  </w:t>
      </w:r>
      <w:r>
        <w:t>The scientists visit the park and encounter its extraordinary promise.</w:t>
      </w:r>
    </w:p>
    <w:p>
      <w:r>
        <w:rPr>
          <w:b/>
        </w:rPr>
        <w:t xml:space="preserve">Act 2 — Confrontation  </w:t>
      </w:r>
      <w:r>
        <w:t>The park fails. The scattered visitors struggle to survive and reunite.</w:t>
      </w:r>
    </w:p>
    <w:p>
      <w:r>
        <w:rPr>
          <w:b/>
        </w:rPr>
        <w:t xml:space="preserve">Act 3 — Resolution  </w:t>
      </w:r>
      <w:r>
        <w:t>The group faces the raptors, survives and leaves the island.</w:t>
      </w:r>
    </w:p>
    <w:p>
      <w:pPr>
        <w:pStyle w:val="Heading1"/>
      </w:pPr>
      <w:r>
        <w:t>How to use the worksheet</w:t>
      </w:r>
    </w:p>
    <w:p>
      <w:r>
        <w:rPr>
          <w:b/>
        </w:rPr>
        <w:t xml:space="preserve">Establish the problem. </w:t>
      </w:r>
      <w:r>
        <w:t>Identify the character, goal, obstacle and incident that starts the story moving.</w:t>
      </w:r>
    </w:p>
    <w:p>
      <w:r>
        <w:rPr>
          <w:b/>
        </w:rPr>
        <w:t xml:space="preserve">Develop the consequences. </w:t>
      </w:r>
      <w:r>
        <w:t>Write the major reversals and decisions. Keep the stakes clear as the character adapts.</w:t>
      </w:r>
    </w:p>
    <w:p>
      <w:r>
        <w:rPr>
          <w:b/>
        </w:rPr>
        <w:t xml:space="preserve">Earn the resolution. </w:t>
      </w:r>
      <w:r>
        <w:t>Plan the decisive action and its outcome. Check that earlier scenes prepare the ending without making every beat predictable.</w:t>
      </w:r>
    </w:p>
    <w:p>
      <w:pPr>
        <w:pStyle w:val="Heading2"/>
      </w:pPr>
      <w:r>
        <w:t>References</w:t>
      </w:r>
    </w:p>
    <w:p>
      <w:r>
        <w:t>StudioBinder — Three act structure and Jurassic Park</w:t>
        <w:br/>
        <w:t>https://www.studiobinder.com/blog/three-act-structure/</w:t>
      </w:r>
    </w:p>
    <w:p>
      <w:pPr>
        <w:pStyle w:val="Heading2"/>
      </w:pPr>
      <w:r>
        <w:t>Use and attribution</w:t>
      </w:r>
    </w:p>
    <w:p>
      <w:r>
        <w:t>You may adapt this original Cineview worksheet for your own production planning. Keep the website credit when sharing the unchanged template. This educational resource is not legal, financial or safety advice. Film names and named frameworks belong to their respective rights holders. No endorsement is implied.</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100"/>
    </w:pPr>
    <w:r>
      <w:rPr>
        <w:sz w:val="18"/>
      </w:rPr>
      <w:t>www.cineviewstudios.com</w:t>
    </w:r>
    <w:r>
      <w:rPr>
        <w:sz w:val="18"/>
      </w:rPr>
      <w:t xml:space="preserve">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Three Act Structure Template</dc:title>
  <dc:subject>Original educational planning worksheet</dc:subject>
  <dc:creator>Cineview Studios</dc:creator>
  <cp:keywords/>
  <dc:description>generated by python-docx</dc:description>
  <cp:lastModifiedBy/>
  <cp:revision>1</cp:revision>
  <dcterms:created xsi:type="dcterms:W3CDTF">2013-12-23T23:15:00Z</dcterms:created>
  <dcterms:modified xsi:type="dcterms:W3CDTF">2013-12-23T23:15:00Z</dcterms:modified>
  <cp:category/>
</cp:coreProperties>
</file>